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[Firma · adresa]</w:t>
        <w:br/>
        <w:br/>
        <w:t>[Client · adresa]</w:t>
        <w:br/>
        <w:br/>
        <w:t>[Localitatea, data]</w:t>
      </w:r>
    </w:p>
    <w:p>
      <w:pPr>
        <w:pStyle w:val="Heading1"/>
      </w:pPr>
      <w:r>
        <w:rPr>
          <w:color w:val="B85524"/>
        </w:rPr>
        <w:t>Reamintire de plată</w:t>
      </w:r>
    </w:p>
    <w:p>
      <w:r>
        <w:t>Stimate doamne şi domni,</w:t>
      </w:r>
    </w:p>
    <w:p>
      <w:r>
        <w:t>probabil v-a scăpat: factura noastră nr. [număr] din [data] de CHF [sumă] era scadentă la [scadenţă]. Vă rugăm să achitaţi suma în 10 zile. Dacă aţi plătit deja, vă rugăm să ignoraţi scrisoarea.</w:t>
      </w:r>
    </w:p>
    <w:p>
      <w:r>
        <w:t>Cu stimă</w:t>
      </w:r>
    </w:p>
    <w:p>
      <w:r>
        <w:br w:type="page"/>
      </w:r>
    </w:p>
    <w:p>
      <w:r>
        <w:t>[Firma · adresa]</w:t>
        <w:br/>
        <w:br/>
        <w:t>[Client · adresa]</w:t>
        <w:br/>
        <w:br/>
        <w:t>[Localitatea, data]</w:t>
      </w:r>
    </w:p>
    <w:p>
      <w:pPr>
        <w:pStyle w:val="Heading1"/>
      </w:pPr>
      <w:r>
        <w:rPr>
          <w:color w:val="B85524"/>
        </w:rPr>
        <w:t>Somaţia 2</w:t>
      </w:r>
    </w:p>
    <w:p>
      <w:r>
        <w:t>Stimate doamne şi domni,</w:t>
      </w:r>
    </w:p>
    <w:p>
      <w:r>
        <w:t>deşi v-am reamintit, factura nr. [număr] de CHF [sumă] este încă neplătită. Vă rugăm să o achitaţi, plus taxa de somaţie de CHF [taxă], în 10 zile.</w:t>
      </w:r>
    </w:p>
    <w:p>
      <w:r>
        <w:t>Cu stimă</w:t>
      </w:r>
    </w:p>
    <w:p>
      <w:r>
        <w:br w:type="page"/>
      </w:r>
    </w:p>
    <w:p>
      <w:r>
        <w:t>[Firma · adresa]</w:t>
        <w:br/>
        <w:br/>
        <w:t>[Client · adresa]</w:t>
        <w:br/>
        <w:br/>
        <w:t>[Localitatea, data]</w:t>
      </w:r>
    </w:p>
    <w:p>
      <w:pPr>
        <w:pStyle w:val="Heading1"/>
      </w:pPr>
      <w:r>
        <w:rPr>
          <w:color w:val="B85524"/>
        </w:rPr>
        <w:t>Somaţia 3 – ultima</w:t>
      </w:r>
    </w:p>
    <w:p>
      <w:r>
        <w:t>Stimate doamne şi domni,</w:t>
      </w:r>
    </w:p>
    <w:p>
      <w:r>
        <w:t>factura nr. [număr] de CHF [sumă] este neplătită după două somaţii. Vă acordăm un ultim termen de 10 zile, după care începem executarea fără alt aviz, pe cheltuiala dumneavoastră.</w:t>
      </w:r>
    </w:p>
    <w:p>
      <w:r>
        <w:t>Cu stimă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