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[Azienda · indirizzo]</w:t>
        <w:br/>
        <w:br/>
        <w:t>[Cliente · indirizzo]</w:t>
        <w:br/>
        <w:br/>
        <w:t>[Luogo, data]</w:t>
      </w:r>
    </w:p>
    <w:p>
      <w:pPr>
        <w:pStyle w:val="Heading1"/>
      </w:pPr>
      <w:r>
        <w:rPr>
          <w:color w:val="B85524"/>
        </w:rPr>
        <w:t>Sollecito di pagamento</w:t>
      </w:r>
    </w:p>
    <w:p>
      <w:r>
        <w:t>Gentili signore e signori,</w:t>
      </w:r>
    </w:p>
    <w:p>
      <w:r>
        <w:t>probabilmente vi è sfuggito: la nostra fattura n. [numero] del [data] di CHF [importo] è scaduta il [scadenza]. Vi preghiamo di versare l'importo entro 10 giorni. Se avete già pagato, considerate nulla la presente.</w:t>
      </w:r>
    </w:p>
    <w:p>
      <w:r>
        <w:t>Cordiali saluti</w:t>
      </w:r>
    </w:p>
    <w:p>
      <w:r>
        <w:br w:type="page"/>
      </w:r>
    </w:p>
    <w:p>
      <w:r>
        <w:t>[Azienda · indirizzo]</w:t>
        <w:br/>
        <w:br/>
        <w:t>[Cliente · indirizzo]</w:t>
        <w:br/>
        <w:br/>
        <w:t>[Luogo, data]</w:t>
      </w:r>
    </w:p>
    <w:p>
      <w:pPr>
        <w:pStyle w:val="Heading1"/>
      </w:pPr>
      <w:r>
        <w:rPr>
          <w:color w:val="B85524"/>
        </w:rPr>
        <w:t>2° sollecito</w:t>
      </w:r>
    </w:p>
    <w:p>
      <w:r>
        <w:t>Gentili signore e signori,</w:t>
      </w:r>
    </w:p>
    <w:p>
      <w:r>
        <w:t>nonostante il nostro sollecito, la fattura n. [numero] di CHF [importo] è ancora aperta. Vi preghiamo di saldarla, più spese di sollecito di CHF [spese], entro 10 giorni.</w:t>
      </w:r>
    </w:p>
    <w:p>
      <w:r>
        <w:t>Cordiali saluti</w:t>
      </w:r>
    </w:p>
    <w:p>
      <w:r>
        <w:br w:type="page"/>
      </w:r>
    </w:p>
    <w:p>
      <w:r>
        <w:t>[Azienda · indirizzo]</w:t>
        <w:br/>
        <w:br/>
        <w:t>[Cliente · indirizzo]</w:t>
        <w:br/>
        <w:br/>
        <w:t>[Luogo, data]</w:t>
      </w:r>
    </w:p>
    <w:p>
      <w:pPr>
        <w:pStyle w:val="Heading1"/>
      </w:pPr>
      <w:r>
        <w:rPr>
          <w:color w:val="B85524"/>
        </w:rPr>
        <w:t>3° sollecito – ultima diffida</w:t>
      </w:r>
    </w:p>
    <w:p>
      <w:r>
        <w:t>Gentili signore e signori,</w:t>
      </w:r>
    </w:p>
    <w:p>
      <w:r>
        <w:t>la fattura n. [numero] di CHF [importo] è ancora insoluta nonostante due solleciti. Vi concediamo un ultimo termine di 10 giorni, trascorso il quale avvieremo l'esecuzione senza ulteriore avviso, a vostre spese.</w:t>
      </w:r>
    </w:p>
    <w:p>
      <w:r>
        <w:t>Cordiali saluti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