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[Entreprise · adresse]</w:t>
        <w:br/>
        <w:br/>
        <w:t>[Client · adresse]</w:t>
        <w:br/>
        <w:br/>
        <w:t>[Lieu, date]</w:t>
      </w:r>
    </w:p>
    <w:p>
      <w:pPr>
        <w:pStyle w:val="Heading1"/>
      </w:pPr>
      <w:r>
        <w:rPr>
          <w:color w:val="B85524"/>
        </w:rPr>
        <w:t>Rappel de paiement</w:t>
      </w:r>
    </w:p>
    <w:p>
      <w:r>
        <w:t>Madame, Monsieur,</w:t>
      </w:r>
    </w:p>
    <w:p>
      <w:r>
        <w:t>Cela vous a sans doute échappé : notre facture n° [numéro] du [date] de CHF [montant] est échue depuis le [échéance]. Nous vous prions de la régler dans les 10 jours. Si le paiement a déjà été effectué, veuillez ne pas tenir compte de ce courrier.</w:t>
      </w:r>
    </w:p>
    <w:p>
      <w:r>
        <w:t>Avec nos meilleures salutations</w:t>
      </w:r>
    </w:p>
    <w:p>
      <w:r>
        <w:br w:type="page"/>
      </w:r>
    </w:p>
    <w:p>
      <w:r>
        <w:t>[Entreprise · adresse]</w:t>
        <w:br/>
        <w:br/>
        <w:t>[Client · adresse]</w:t>
        <w:br/>
        <w:br/>
        <w:t>[Lieu, date]</w:t>
      </w:r>
    </w:p>
    <w:p>
      <w:pPr>
        <w:pStyle w:val="Heading1"/>
      </w:pPr>
      <w:r>
        <w:rPr>
          <w:color w:val="B85524"/>
        </w:rPr>
        <w:t>2e rappel</w:t>
      </w:r>
    </w:p>
    <w:p>
      <w:r>
        <w:t>Madame, Monsieur,</w:t>
      </w:r>
    </w:p>
    <w:p>
      <w:r>
        <w:t>Malgré notre rappel, la facture n° [numéro] de CHF [montant] reste impayée. Nous vous prions de la régler, frais de rappel de CHF [frais] en sus, dans les 10 jours.</w:t>
      </w:r>
    </w:p>
    <w:p>
      <w:r>
        <w:t>Avec nos meilleures salutations</w:t>
      </w:r>
    </w:p>
    <w:p>
      <w:r>
        <w:br w:type="page"/>
      </w:r>
    </w:p>
    <w:p>
      <w:r>
        <w:t>[Entreprise · adresse]</w:t>
        <w:br/>
        <w:br/>
        <w:t>[Client · adresse]</w:t>
        <w:br/>
        <w:br/>
        <w:t>[Lieu, date]</w:t>
      </w:r>
    </w:p>
    <w:p>
      <w:pPr>
        <w:pStyle w:val="Heading1"/>
      </w:pPr>
      <w:r>
        <w:rPr>
          <w:color w:val="B85524"/>
        </w:rPr>
        <w:t>3e rappel – dernière sommation</w:t>
      </w:r>
    </w:p>
    <w:p>
      <w:r>
        <w:t>Madame, Monsieur,</w:t>
      </w:r>
    </w:p>
    <w:p>
      <w:r>
        <w:t>La facture n° [numéro] de CHF [montant] demeure impayée malgré deux rappels. Nous vous accordons un ultime délai de 10 jours, après quoi nous engagerons une poursuite sans autre avis, à vos frais.</w:t>
      </w:r>
    </w:p>
    <w:p>
      <w:r>
        <w:t>Avec nos meilleures salutations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