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[Empresa · dirección]</w:t>
        <w:br/>
        <w:br/>
        <w:t>[Cliente · dirección]</w:t>
        <w:br/>
        <w:br/>
        <w:t>[Lugar, fecha]</w:t>
      </w:r>
    </w:p>
    <w:p>
      <w:pPr>
        <w:pStyle w:val="Heading1"/>
      </w:pPr>
      <w:r>
        <w:rPr>
          <w:color w:val="B85524"/>
        </w:rPr>
        <w:t>Recordatorio de pago</w:t>
      </w:r>
    </w:p>
    <w:p>
      <w:r>
        <w:t>Estimados señores:</w:t>
      </w:r>
    </w:p>
    <w:p>
      <w:r>
        <w:t>Seguramente se les ha pasado: nuestra factura n.º [número] del [fecha] por CHF [importe] venció el [vencimiento]. Les rogamos abonar el importe en 10 días. Si ya han pagado, ignoren este escrito.</w:t>
      </w:r>
    </w:p>
    <w:p>
      <w:r>
        <w:t>Atentamente</w:t>
      </w:r>
    </w:p>
    <w:p>
      <w:r>
        <w:br w:type="page"/>
      </w:r>
    </w:p>
    <w:p>
      <w:r>
        <w:t>[Empresa · dirección]</w:t>
        <w:br/>
        <w:br/>
        <w:t>[Cliente · dirección]</w:t>
        <w:br/>
        <w:br/>
        <w:t>[Lugar, fecha]</w:t>
      </w:r>
    </w:p>
    <w:p>
      <w:pPr>
        <w:pStyle w:val="Heading1"/>
      </w:pPr>
      <w:r>
        <w:rPr>
          <w:color w:val="B85524"/>
        </w:rPr>
        <w:t>2.º requerimiento</w:t>
      </w:r>
    </w:p>
    <w:p>
      <w:r>
        <w:t>Estimados señores:</w:t>
      </w:r>
    </w:p>
    <w:p>
      <w:r>
        <w:t>A pesar de nuestro recordatorio, la factura n.º [número] por CHF [importe] sigue pendiente. Les rogamos abonarla, más gastos de CHF [gastos], en 10 días.</w:t>
      </w:r>
    </w:p>
    <w:p>
      <w:r>
        <w:t>Atentamente</w:t>
      </w:r>
    </w:p>
    <w:p>
      <w:r>
        <w:br w:type="page"/>
      </w:r>
    </w:p>
    <w:p>
      <w:r>
        <w:t>[Empresa · dirección]</w:t>
        <w:br/>
        <w:br/>
        <w:t>[Cliente · dirección]</w:t>
        <w:br/>
        <w:br/>
        <w:t>[Lugar, fecha]</w:t>
      </w:r>
    </w:p>
    <w:p>
      <w:pPr>
        <w:pStyle w:val="Heading1"/>
      </w:pPr>
      <w:r>
        <w:rPr>
          <w:color w:val="B85524"/>
        </w:rPr>
        <w:t>3.er requerimiento – último aviso</w:t>
      </w:r>
    </w:p>
    <w:p>
      <w:r>
        <w:t>Estimados señores:</w:t>
      </w:r>
    </w:p>
    <w:p>
      <w:r>
        <w:t>La factura n.º [número] por CHF [importe] sigue impagada tras dos requerimientos. Les concedemos un último plazo de 10 días; después iniciaremos el procedimiento de cobro sin más aviso, a su cargo.</w:t>
      </w:r>
    </w:p>
    <w:p>
      <w:r>
        <w:t>Atentamente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