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[Company · address]</w:t>
        <w:br/>
        <w:br/>
        <w:t>[Customer · address]</w:t>
        <w:br/>
        <w:br/>
        <w:t>[Place, date]</w:t>
      </w:r>
    </w:p>
    <w:p>
      <w:pPr>
        <w:pStyle w:val="Heading1"/>
      </w:pPr>
      <w:r>
        <w:rPr>
          <w:color w:val="B85524"/>
        </w:rPr>
        <w:t>Payment reminder</w:t>
      </w:r>
    </w:p>
    <w:p>
      <w:r>
        <w:t>Dear Sir or Madam,</w:t>
      </w:r>
    </w:p>
    <w:p>
      <w:r>
        <w:t>It may have escaped your attention: our invoice no. [number] of [date] for CHF [amount] fell due on [due date]. Please transfer the amount within 10 days. If you have already paid, please disregard this letter.</w:t>
      </w:r>
    </w:p>
    <w:p>
      <w:r>
        <w:t>Kind regards</w:t>
      </w:r>
    </w:p>
    <w:p>
      <w:r>
        <w:br w:type="page"/>
      </w:r>
    </w:p>
    <w:p>
      <w:r>
        <w:t>[Company · address]</w:t>
        <w:br/>
        <w:br/>
        <w:t>[Customer · address]</w:t>
        <w:br/>
        <w:br/>
        <w:t>[Place, date]</w:t>
      </w:r>
    </w:p>
    <w:p>
      <w:pPr>
        <w:pStyle w:val="Heading1"/>
      </w:pPr>
      <w:r>
        <w:rPr>
          <w:color w:val="B85524"/>
        </w:rPr>
        <w:t>2nd reminder</w:t>
      </w:r>
    </w:p>
    <w:p>
      <w:r>
        <w:t>Dear Sir or Madam,</w:t>
      </w:r>
    </w:p>
    <w:p>
      <w:r>
        <w:t>Despite our reminder, invoice no. [number] for CHF [amount] is still open. Please pay the amount plus a reminder fee of CHF [fee] within 10 days.</w:t>
      </w:r>
    </w:p>
    <w:p>
      <w:r>
        <w:t>Kind regards</w:t>
      </w:r>
    </w:p>
    <w:p>
      <w:r>
        <w:br w:type="page"/>
      </w:r>
    </w:p>
    <w:p>
      <w:r>
        <w:t>[Company · address]</w:t>
        <w:br/>
        <w:br/>
        <w:t>[Customer · address]</w:t>
        <w:br/>
        <w:br/>
        <w:t>[Place, date]</w:t>
      </w:r>
    </w:p>
    <w:p>
      <w:pPr>
        <w:pStyle w:val="Heading1"/>
      </w:pPr>
      <w:r>
        <w:rPr>
          <w:color w:val="B85524"/>
        </w:rPr>
        <w:t>3rd reminder – final demand</w:t>
      </w:r>
    </w:p>
    <w:p>
      <w:r>
        <w:t>Dear Sir or Madam,</w:t>
      </w:r>
    </w:p>
    <w:p>
      <w:r>
        <w:t>Invoice no. [number] for CHF [amount] remains unpaid despite two reminders. We grant you a final period of 10 days, after which we will initiate debt collection without further notice, at your expense.</w:t>
      </w:r>
    </w:p>
    <w:p>
      <w:r>
        <w:t>Kind regards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