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[Firma · Adresse]</w:t>
        <w:br/>
        <w:br/>
        <w:t>[Kunde · Adresse]</w:t>
        <w:br/>
        <w:br/>
        <w:t>[Ort, Datum]</w:t>
      </w:r>
    </w:p>
    <w:p>
      <w:pPr>
        <w:pStyle w:val="Heading1"/>
      </w:pPr>
      <w:r>
        <w:rPr>
          <w:color w:val="B85524"/>
        </w:rPr>
        <w:t>Zahlungserinnerung</w:t>
      </w:r>
    </w:p>
    <w:p>
      <w:r>
        <w:t>Sehr geehrte Damen und Herren</w:t>
      </w:r>
    </w:p>
    <w:p>
      <w:r>
        <w:t>Sicher ist es Ihrer Aufmerksamkeit entgangen: Unsere Rechnung Nr. [Nummer] vom [Datum] über CHF [Betrag] ist am [Fälligkeit] fällig geworden. Wir bitten Sie, den Betrag innert 10 Tagen zu überweisen. Haben Sie bereits bezahlt, betrachten Sie dieses Schreiben als gegenstandslos.</w:t>
      </w:r>
    </w:p>
    <w:p>
      <w:r>
        <w:t>Freundliche Grüsse</w:t>
      </w:r>
    </w:p>
    <w:p>
      <w:r>
        <w:br w:type="page"/>
      </w:r>
    </w:p>
    <w:p>
      <w:r>
        <w:t>[Firma · Adresse]</w:t>
        <w:br/>
        <w:br/>
        <w:t>[Kunde · Adresse]</w:t>
        <w:br/>
        <w:br/>
        <w:t>[Ort, Datum]</w:t>
      </w:r>
    </w:p>
    <w:p>
      <w:pPr>
        <w:pStyle w:val="Heading1"/>
      </w:pPr>
      <w:r>
        <w:rPr>
          <w:color w:val="B85524"/>
        </w:rPr>
        <w:t>2. Mahnung</w:t>
      </w:r>
    </w:p>
    <w:p>
      <w:r>
        <w:t>Sehr geehrte Damen und Herren</w:t>
      </w:r>
    </w:p>
    <w:p>
      <w:r>
        <w:t>Trotz unserer Erinnerung ist die Rechnung Nr. [Nummer] über CHF [Betrag] noch offen. Wir bitten Sie, den Betrag zuzüglich Mahngebühr von CHF [Gebühr] innert 10 Tagen zu begleichen.</w:t>
      </w:r>
    </w:p>
    <w:p>
      <w:r>
        <w:t>Freundliche Grüsse</w:t>
      </w:r>
    </w:p>
    <w:p>
      <w:r>
        <w:br w:type="page"/>
      </w:r>
    </w:p>
    <w:p>
      <w:r>
        <w:t>[Firma · Adresse]</w:t>
        <w:br/>
        <w:br/>
        <w:t>[Kunde · Adresse]</w:t>
        <w:br/>
        <w:br/>
        <w:t>[Ort, Datum]</w:t>
      </w:r>
    </w:p>
    <w:p>
      <w:pPr>
        <w:pStyle w:val="Heading1"/>
      </w:pPr>
      <w:r>
        <w:rPr>
          <w:color w:val="B85524"/>
        </w:rPr>
        <w:t>3. Mahnung – letzte Aufforderung</w:t>
      </w:r>
    </w:p>
    <w:p>
      <w:r>
        <w:t>Sehr geehrte Damen und Herren</w:t>
      </w:r>
    </w:p>
    <w:p>
      <w:r>
        <w:t>Die Rechnung Nr. [Nummer] über CHF [Betrag] ist trotz zweier Mahnungen unbezahlt. Wir setzen Ihnen eine letzte Frist von 10 Tagen. Danach leiten wir ohne weitere Ankündigung die Betreibung ein; die Kosten gehen zu Ihren Lasten.</w:t>
      </w:r>
    </w:p>
    <w:p>
      <w:r>
        <w:t>Freundliche Grüsse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